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161" w:rsidRDefault="00121161">
      <w:pPr>
        <w:keepNext/>
        <w:spacing w:after="60" w:line="240" w:lineRule="auto"/>
        <w:ind w:left="5669"/>
        <w:jc w:val="right"/>
        <w:rPr>
          <w:b/>
          <w:sz w:val="27"/>
          <w:lang w:val="ru-RU"/>
        </w:rPr>
      </w:pPr>
    </w:p>
    <w:p w:rsidR="00072098" w:rsidRPr="005E3B67" w:rsidRDefault="00E47994">
      <w:pPr>
        <w:keepNext/>
        <w:spacing w:after="60" w:line="240" w:lineRule="auto"/>
        <w:ind w:left="5669"/>
        <w:jc w:val="right"/>
        <w:rPr>
          <w:lang w:val="ru-RU"/>
        </w:rPr>
      </w:pPr>
      <w:r w:rsidRPr="005E3B67">
        <w:rPr>
          <w:b/>
          <w:sz w:val="27"/>
          <w:lang w:val="ru-RU"/>
        </w:rPr>
        <w:t>Ректору НИЯУ МИФИ</w:t>
      </w:r>
    </w:p>
    <w:p w:rsidR="00072098" w:rsidRPr="005E3B67" w:rsidRDefault="00E47994">
      <w:pPr>
        <w:keepNext/>
        <w:spacing w:before="80" w:after="0" w:line="240" w:lineRule="auto"/>
        <w:jc w:val="center"/>
        <w:rPr>
          <w:lang w:val="ru-RU"/>
        </w:rPr>
      </w:pPr>
      <w:r w:rsidRPr="005E3B67">
        <w:rPr>
          <w:b/>
          <w:sz w:val="30"/>
          <w:lang w:val="ru-RU"/>
        </w:rPr>
        <w:t>ЗАЯВЛЕНИЕ</w:t>
      </w:r>
    </w:p>
    <w:p w:rsidR="00072098" w:rsidRPr="005E3B67" w:rsidRDefault="00E47994">
      <w:pPr>
        <w:keepNext/>
        <w:spacing w:after="160" w:line="240" w:lineRule="auto"/>
        <w:jc w:val="center"/>
        <w:rPr>
          <w:lang w:val="ru-RU"/>
        </w:rPr>
      </w:pPr>
      <w:r w:rsidRPr="005E3B67">
        <w:rPr>
          <w:b/>
          <w:sz w:val="28"/>
          <w:lang w:val="ru-RU"/>
        </w:rPr>
        <w:t>для участия в конкурсе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030"/>
      </w:tblGrid>
      <w:tr w:rsidR="00072098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center"/>
          </w:tcPr>
          <w:p w:rsidR="00072098" w:rsidRDefault="00E47994">
            <w:pPr>
              <w:spacing w:after="0" w:line="240" w:lineRule="auto"/>
            </w:pPr>
            <w:proofErr w:type="spellStart"/>
            <w:r>
              <w:rPr>
                <w:sz w:val="25"/>
              </w:rPr>
              <w:t>Прошу</w:t>
            </w:r>
            <w:proofErr w:type="spellEnd"/>
            <w:r>
              <w:rPr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допустить</w:t>
            </w:r>
            <w:proofErr w:type="spellEnd"/>
            <w:r>
              <w:rPr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меня</w:t>
            </w:r>
            <w:proofErr w:type="spellEnd"/>
            <w:r>
              <w:rPr>
                <w:sz w:val="25"/>
              </w:rPr>
              <w:t>,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2098" w:rsidRDefault="00072098">
            <w:pPr>
              <w:spacing w:after="0" w:line="240" w:lineRule="auto"/>
            </w:pPr>
          </w:p>
        </w:tc>
      </w:tr>
    </w:tbl>
    <w:p w:rsidR="00072098" w:rsidRDefault="00E47994">
      <w:pPr>
        <w:spacing w:after="10" w:line="240" w:lineRule="auto"/>
        <w:ind w:left="2891"/>
        <w:jc w:val="center"/>
      </w:pPr>
      <w:r>
        <w:rPr>
          <w:sz w:val="17"/>
        </w:rPr>
        <w:t>(</w:t>
      </w:r>
      <w:proofErr w:type="spellStart"/>
      <w:proofErr w:type="gramStart"/>
      <w:r>
        <w:rPr>
          <w:sz w:val="17"/>
        </w:rPr>
        <w:t>фамилия</w:t>
      </w:r>
      <w:proofErr w:type="spellEnd"/>
      <w:proofErr w:type="gramEnd"/>
      <w:r>
        <w:rPr>
          <w:sz w:val="17"/>
        </w:rPr>
        <w:t xml:space="preserve">, </w:t>
      </w:r>
      <w:proofErr w:type="spellStart"/>
      <w:r>
        <w:rPr>
          <w:sz w:val="17"/>
        </w:rPr>
        <w:t>имя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отчество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полностью</w:t>
      </w:r>
      <w:proofErr w:type="spellEnd"/>
      <w:r>
        <w:rPr>
          <w:sz w:val="17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072098">
        <w:trPr>
          <w:jc w:val="center"/>
        </w:trPr>
        <w:tc>
          <w:tcPr>
            <w:tcW w:w="99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2098" w:rsidRDefault="00072098">
            <w:pPr>
              <w:spacing w:after="0" w:line="240" w:lineRule="auto"/>
            </w:pPr>
          </w:p>
        </w:tc>
      </w:tr>
    </w:tbl>
    <w:p w:rsidR="00072098" w:rsidRDefault="00072098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83"/>
        <w:gridCol w:w="4139"/>
      </w:tblGrid>
      <w:tr w:rsidR="00072098" w:rsidRPr="00D7371B">
        <w:trPr>
          <w:jc w:val="center"/>
        </w:trPr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center"/>
          </w:tcPr>
          <w:p w:rsidR="00072098" w:rsidRPr="005E3B67" w:rsidRDefault="00E47994">
            <w:pPr>
              <w:spacing w:after="0" w:line="240" w:lineRule="auto"/>
              <w:rPr>
                <w:lang w:val="ru-RU"/>
              </w:rPr>
            </w:pPr>
            <w:r w:rsidRPr="005E3B67">
              <w:rPr>
                <w:sz w:val="25"/>
                <w:lang w:val="ru-RU"/>
              </w:rPr>
              <w:t>к участию в конкурсе на замещение должности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2098" w:rsidRPr="005E3B67" w:rsidRDefault="00072098">
            <w:pPr>
              <w:spacing w:after="0" w:line="240" w:lineRule="auto"/>
              <w:rPr>
                <w:lang w:val="ru-RU"/>
              </w:rPr>
            </w:pPr>
          </w:p>
        </w:tc>
      </w:tr>
    </w:tbl>
    <w:p w:rsidR="00072098" w:rsidRDefault="00E47994">
      <w:pPr>
        <w:spacing w:after="10" w:line="240" w:lineRule="auto"/>
        <w:ind w:left="5783"/>
        <w:jc w:val="center"/>
      </w:pPr>
      <w:r>
        <w:rPr>
          <w:sz w:val="17"/>
        </w:rPr>
        <w:t>(</w:t>
      </w:r>
      <w:proofErr w:type="spellStart"/>
      <w:proofErr w:type="gramStart"/>
      <w:r>
        <w:rPr>
          <w:sz w:val="17"/>
        </w:rPr>
        <w:t>наименование</w:t>
      </w:r>
      <w:proofErr w:type="spellEnd"/>
      <w:proofErr w:type="gramEnd"/>
      <w:r>
        <w:rPr>
          <w:sz w:val="17"/>
        </w:rPr>
        <w:t xml:space="preserve"> </w:t>
      </w:r>
      <w:proofErr w:type="spellStart"/>
      <w:r>
        <w:rPr>
          <w:sz w:val="17"/>
        </w:rPr>
        <w:t>должности</w:t>
      </w:r>
      <w:proofErr w:type="spellEnd"/>
      <w:r>
        <w:rPr>
          <w:sz w:val="17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072098">
        <w:trPr>
          <w:jc w:val="center"/>
        </w:trPr>
        <w:tc>
          <w:tcPr>
            <w:tcW w:w="99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2098" w:rsidRDefault="00072098">
            <w:pPr>
              <w:spacing w:after="0" w:line="240" w:lineRule="auto"/>
            </w:pPr>
          </w:p>
        </w:tc>
      </w:tr>
    </w:tbl>
    <w:p w:rsidR="00072098" w:rsidRDefault="00E47994">
      <w:pPr>
        <w:spacing w:after="10" w:line="240" w:lineRule="auto"/>
        <w:jc w:val="center"/>
      </w:pPr>
      <w:r>
        <w:rPr>
          <w:sz w:val="17"/>
        </w:rPr>
        <w:t>(</w:t>
      </w:r>
      <w:proofErr w:type="spellStart"/>
      <w:proofErr w:type="gramStart"/>
      <w:r>
        <w:rPr>
          <w:sz w:val="17"/>
        </w:rPr>
        <w:t>наименование</w:t>
      </w:r>
      <w:proofErr w:type="spellEnd"/>
      <w:proofErr w:type="gramEnd"/>
      <w:r>
        <w:rPr>
          <w:sz w:val="17"/>
        </w:rPr>
        <w:t xml:space="preserve"> </w:t>
      </w:r>
      <w:proofErr w:type="spellStart"/>
      <w:r>
        <w:rPr>
          <w:sz w:val="17"/>
        </w:rPr>
        <w:t>научного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структурного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подразделения</w:t>
      </w:r>
      <w:proofErr w:type="spellEnd"/>
      <w:r>
        <w:rPr>
          <w:sz w:val="17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33"/>
      </w:tblGrid>
      <w:tr w:rsidR="001F0AD6">
        <w:trPr>
          <w:jc w:val="center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50" w:type="dxa"/>
            </w:tcMar>
            <w:vAlign w:val="center"/>
          </w:tcPr>
          <w:p w:rsidR="001F0AD6" w:rsidRDefault="001F0AD6">
            <w:pPr>
              <w:spacing w:after="0" w:line="240" w:lineRule="auto"/>
            </w:pPr>
          </w:p>
        </w:tc>
      </w:tr>
    </w:tbl>
    <w:p w:rsidR="00072098" w:rsidRPr="005E3B67" w:rsidRDefault="005E3B67">
      <w:pPr>
        <w:spacing w:after="10" w:line="240" w:lineRule="auto"/>
        <w:rPr>
          <w:lang w:val="ru-RU"/>
        </w:rPr>
      </w:pPr>
      <w:r>
        <w:rPr>
          <w:lang w:val="ru-RU"/>
        </w:rPr>
        <w:t>____________________________________________________________</w:t>
      </w:r>
      <w:r w:rsidRPr="005E3B67">
        <w:rPr>
          <w:sz w:val="25"/>
          <w:lang w:val="ru-RU"/>
        </w:rPr>
        <w:t xml:space="preserve"> на ______ ставку(и) для</w:t>
      </w:r>
    </w:p>
    <w:p w:rsidR="00072098" w:rsidRDefault="00E47994" w:rsidP="005E3B67">
      <w:pPr>
        <w:spacing w:after="120" w:line="240" w:lineRule="auto"/>
        <w:rPr>
          <w:sz w:val="25"/>
          <w:lang w:val="ru-RU"/>
        </w:rPr>
      </w:pPr>
      <w:r w:rsidRPr="005E3B67">
        <w:rPr>
          <w:sz w:val="25"/>
          <w:lang w:val="ru-RU"/>
        </w:rPr>
        <w:t>заключения трудового договора.</w:t>
      </w:r>
    </w:p>
    <w:p w:rsidR="001F0AD6" w:rsidRDefault="001F0AD6" w:rsidP="005E3B67">
      <w:pPr>
        <w:spacing w:after="120" w:line="240" w:lineRule="auto"/>
        <w:rPr>
          <w:sz w:val="25"/>
          <w:lang w:val="ru-RU"/>
        </w:rPr>
      </w:pPr>
    </w:p>
    <w:p w:rsidR="00D7371B" w:rsidRPr="00796713" w:rsidRDefault="00D7371B" w:rsidP="00D7371B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796713">
        <w:rPr>
          <w:rFonts w:eastAsia="Times New Roman"/>
          <w:sz w:val="28"/>
          <w:szCs w:val="28"/>
          <w:lang w:eastAsia="ru-RU"/>
        </w:rPr>
        <w:t xml:space="preserve">«____» __________ 20__ г. _________________ ________________________ </w:t>
      </w:r>
    </w:p>
    <w:p w:rsidR="00D7371B" w:rsidRPr="00796713" w:rsidRDefault="00D7371B" w:rsidP="00D7371B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796713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(</w:t>
      </w:r>
      <w:proofErr w:type="spellStart"/>
      <w:proofErr w:type="gramStart"/>
      <w:r w:rsidRPr="00796713">
        <w:rPr>
          <w:rFonts w:eastAsia="Times New Roman"/>
          <w:sz w:val="20"/>
          <w:szCs w:val="20"/>
          <w:lang w:eastAsia="ru-RU"/>
        </w:rPr>
        <w:t>подпись</w:t>
      </w:r>
      <w:proofErr w:type="spellEnd"/>
      <w:proofErr w:type="gramEnd"/>
      <w:r w:rsidRPr="00796713">
        <w:rPr>
          <w:rFonts w:eastAsia="Times New Roman"/>
          <w:sz w:val="20"/>
          <w:szCs w:val="20"/>
          <w:lang w:eastAsia="ru-RU"/>
        </w:rPr>
        <w:t>)                          (</w:t>
      </w:r>
      <w:proofErr w:type="spellStart"/>
      <w:proofErr w:type="gramStart"/>
      <w:r w:rsidRPr="00796713">
        <w:rPr>
          <w:rFonts w:eastAsia="Times New Roman"/>
          <w:sz w:val="20"/>
          <w:szCs w:val="20"/>
          <w:lang w:eastAsia="ru-RU"/>
        </w:rPr>
        <w:t>расшифровка</w:t>
      </w:r>
      <w:proofErr w:type="spellEnd"/>
      <w:proofErr w:type="gramEnd"/>
      <w:r w:rsidRPr="00796713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Pr="00796713">
        <w:rPr>
          <w:rFonts w:eastAsia="Times New Roman"/>
          <w:sz w:val="20"/>
          <w:szCs w:val="20"/>
          <w:lang w:eastAsia="ru-RU"/>
        </w:rPr>
        <w:t>подписи</w:t>
      </w:r>
      <w:proofErr w:type="spellEnd"/>
      <w:r w:rsidRPr="00796713">
        <w:rPr>
          <w:rFonts w:eastAsia="Times New Roman"/>
          <w:sz w:val="20"/>
          <w:szCs w:val="20"/>
          <w:lang w:eastAsia="ru-RU"/>
        </w:rPr>
        <w:t xml:space="preserve">) </w:t>
      </w:r>
    </w:p>
    <w:p w:rsidR="00D7371B" w:rsidRPr="00796713" w:rsidRDefault="00D7371B" w:rsidP="00D7371B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072098" w:rsidRPr="001F0AD6" w:rsidRDefault="00072098">
      <w:pPr>
        <w:spacing w:after="40" w:line="240" w:lineRule="auto"/>
        <w:rPr>
          <w:lang w:val="ru-RU"/>
        </w:rPr>
      </w:pPr>
    </w:p>
    <w:p w:rsidR="00072098" w:rsidRPr="00D7371B" w:rsidRDefault="00E47994">
      <w:pPr>
        <w:keepNext/>
        <w:spacing w:after="20" w:line="240" w:lineRule="auto"/>
        <w:ind w:left="567"/>
        <w:rPr>
          <w:szCs w:val="24"/>
          <w:lang w:val="ru-RU"/>
        </w:rPr>
      </w:pPr>
      <w:r w:rsidRPr="00D7371B">
        <w:rPr>
          <w:b/>
          <w:szCs w:val="24"/>
          <w:lang w:val="ru-RU"/>
        </w:rPr>
        <w:t>Я ознакомлен со следующими документами:</w:t>
      </w:r>
    </w:p>
    <w:p w:rsidR="00072098" w:rsidRPr="00D7371B" w:rsidRDefault="00E47994">
      <w:pPr>
        <w:spacing w:after="0" w:line="240" w:lineRule="auto"/>
        <w:ind w:left="397" w:hanging="255"/>
        <w:rPr>
          <w:szCs w:val="24"/>
          <w:lang w:val="ru-RU"/>
        </w:rPr>
      </w:pPr>
      <w:r w:rsidRPr="00D7371B">
        <w:rPr>
          <w:szCs w:val="24"/>
          <w:lang w:val="ru-RU"/>
        </w:rPr>
        <w:t>- Перечнем должностей научных работников, подлежащих замещению по конкурсу;</w:t>
      </w:r>
    </w:p>
    <w:p w:rsidR="00072098" w:rsidRPr="00D7371B" w:rsidRDefault="00E47994">
      <w:pPr>
        <w:spacing w:after="0" w:line="240" w:lineRule="auto"/>
        <w:ind w:left="397" w:hanging="255"/>
        <w:rPr>
          <w:szCs w:val="24"/>
          <w:lang w:val="ru-RU"/>
        </w:rPr>
      </w:pPr>
      <w:r w:rsidRPr="00D7371B">
        <w:rPr>
          <w:szCs w:val="24"/>
          <w:lang w:val="ru-RU"/>
        </w:rPr>
        <w:t xml:space="preserve">- Порядком проведения конкурса на замещение должностей научных работников, утвержденным приказом </w:t>
      </w:r>
      <w:proofErr w:type="spellStart"/>
      <w:r w:rsidRPr="00D7371B">
        <w:rPr>
          <w:szCs w:val="24"/>
          <w:lang w:val="ru-RU"/>
        </w:rPr>
        <w:t>Минобрнауки</w:t>
      </w:r>
      <w:proofErr w:type="spellEnd"/>
      <w:r w:rsidRPr="00D7371B">
        <w:rPr>
          <w:szCs w:val="24"/>
          <w:lang w:val="ru-RU"/>
        </w:rPr>
        <w:t xml:space="preserve"> России от 05.08.2021 № 715;</w:t>
      </w:r>
    </w:p>
    <w:p w:rsidR="00072098" w:rsidRPr="00D7371B" w:rsidRDefault="00E47994">
      <w:pPr>
        <w:spacing w:after="0" w:line="240" w:lineRule="auto"/>
        <w:ind w:left="397" w:hanging="255"/>
        <w:rPr>
          <w:szCs w:val="24"/>
          <w:lang w:val="ru-RU"/>
        </w:rPr>
      </w:pPr>
      <w:r w:rsidRPr="00D7371B">
        <w:rPr>
          <w:szCs w:val="24"/>
          <w:lang w:val="ru-RU"/>
        </w:rPr>
        <w:t>- Регламентом проведения конкурса на замещение должностей научных работников в НИЯУ МИФИ, утвержденным приказом НИЯУ МИФИ от «___» __________ 20__ г. № ________;</w:t>
      </w:r>
    </w:p>
    <w:p w:rsidR="00072098" w:rsidRPr="00D7371B" w:rsidRDefault="00E47994">
      <w:pPr>
        <w:spacing w:after="0" w:line="240" w:lineRule="auto"/>
        <w:ind w:left="397" w:hanging="255"/>
        <w:rPr>
          <w:szCs w:val="24"/>
          <w:lang w:val="ru-RU"/>
        </w:rPr>
      </w:pPr>
      <w:r w:rsidRPr="00D7371B">
        <w:rPr>
          <w:szCs w:val="24"/>
          <w:lang w:val="ru-RU"/>
        </w:rPr>
        <w:t>- квалификационными требованиями по должности;</w:t>
      </w:r>
    </w:p>
    <w:p w:rsidR="00072098" w:rsidRPr="00D7371B" w:rsidRDefault="00E47994">
      <w:pPr>
        <w:spacing w:after="0" w:line="240" w:lineRule="auto"/>
        <w:ind w:left="397" w:hanging="255"/>
        <w:rPr>
          <w:szCs w:val="24"/>
          <w:lang w:val="ru-RU"/>
        </w:rPr>
      </w:pPr>
      <w:r w:rsidRPr="00D7371B">
        <w:rPr>
          <w:szCs w:val="24"/>
          <w:lang w:val="ru-RU"/>
        </w:rPr>
        <w:t>- условиями предлагаемого к заключению трудового договора;</w:t>
      </w:r>
    </w:p>
    <w:p w:rsidR="00072098" w:rsidRPr="00D7371B" w:rsidRDefault="00E47994">
      <w:pPr>
        <w:spacing w:after="0" w:line="240" w:lineRule="auto"/>
        <w:ind w:left="397" w:hanging="255"/>
        <w:rPr>
          <w:szCs w:val="24"/>
          <w:lang w:val="ru-RU"/>
        </w:rPr>
      </w:pPr>
      <w:r w:rsidRPr="00D7371B">
        <w:rPr>
          <w:szCs w:val="24"/>
          <w:lang w:val="ru-RU"/>
        </w:rPr>
        <w:t>- коллективным договором НИЯУ МИФИ;</w:t>
      </w:r>
    </w:p>
    <w:p w:rsidR="00072098" w:rsidRPr="00D7371B" w:rsidRDefault="00E47994">
      <w:pPr>
        <w:spacing w:after="0" w:line="240" w:lineRule="auto"/>
        <w:ind w:left="397" w:hanging="255"/>
        <w:rPr>
          <w:szCs w:val="24"/>
          <w:lang w:val="ru-RU"/>
        </w:rPr>
      </w:pPr>
      <w:r w:rsidRPr="00D7371B">
        <w:rPr>
          <w:szCs w:val="24"/>
          <w:lang w:val="ru-RU"/>
        </w:rPr>
        <w:t>- приказом НИЯУ МИФИ об объявлении конкурса на замещение должностей научных работников.</w:t>
      </w:r>
    </w:p>
    <w:p w:rsidR="00072098" w:rsidRPr="00D7371B" w:rsidRDefault="00E47994">
      <w:pPr>
        <w:spacing w:before="40" w:after="0" w:line="240" w:lineRule="auto"/>
        <w:ind w:firstLine="454"/>
        <w:jc w:val="both"/>
        <w:rPr>
          <w:szCs w:val="24"/>
          <w:lang w:val="ru-RU"/>
        </w:rPr>
      </w:pPr>
      <w:r w:rsidRPr="00D7371B">
        <w:rPr>
          <w:szCs w:val="24"/>
          <w:lang w:val="ru-RU"/>
        </w:rPr>
        <w:t xml:space="preserve">На портале вакансий по адресу </w:t>
      </w:r>
      <w:r w:rsidRPr="00D7371B">
        <w:rPr>
          <w:szCs w:val="24"/>
        </w:rPr>
        <w:t>http</w:t>
      </w:r>
      <w:r w:rsidRPr="00D7371B">
        <w:rPr>
          <w:szCs w:val="24"/>
          <w:lang w:val="ru-RU"/>
        </w:rPr>
        <w:t>://ученые-</w:t>
      </w:r>
      <w:proofErr w:type="spellStart"/>
      <w:r w:rsidRPr="00D7371B">
        <w:rPr>
          <w:szCs w:val="24"/>
          <w:lang w:val="ru-RU"/>
        </w:rPr>
        <w:t>исследователи.рф</w:t>
      </w:r>
      <w:proofErr w:type="spellEnd"/>
      <w:r w:rsidRPr="00D7371B">
        <w:rPr>
          <w:szCs w:val="24"/>
          <w:lang w:val="ru-RU"/>
        </w:rPr>
        <w:t xml:space="preserve"> сведения о претенденте заполнены мною лично. Достоверность представленных данных подтверждаю.</w:t>
      </w:r>
    </w:p>
    <w:p w:rsidR="00072098" w:rsidRDefault="00E47994">
      <w:pPr>
        <w:spacing w:after="80" w:line="240" w:lineRule="auto"/>
        <w:ind w:firstLine="454"/>
        <w:jc w:val="both"/>
        <w:rPr>
          <w:sz w:val="20"/>
          <w:lang w:val="ru-RU"/>
        </w:rPr>
      </w:pPr>
      <w:r w:rsidRPr="00D7371B">
        <w:rPr>
          <w:szCs w:val="24"/>
          <w:lang w:val="ru-RU"/>
        </w:rPr>
        <w:t xml:space="preserve">Я ознакомлен с необходимостью представления в </w:t>
      </w:r>
      <w:proofErr w:type="spellStart"/>
      <w:r w:rsidRPr="00D7371B">
        <w:rPr>
          <w:szCs w:val="24"/>
          <w:lang w:val="ru-RU"/>
        </w:rPr>
        <w:t>ДКПиСР</w:t>
      </w:r>
      <w:proofErr w:type="spellEnd"/>
      <w:r w:rsidRPr="00D7371B">
        <w:rPr>
          <w:szCs w:val="24"/>
          <w:lang w:val="ru-RU"/>
        </w:rPr>
        <w:t xml:space="preserve"> справки о наличии (отсутствии) судимости и (или) факта уголовного преследования, либо о прекращении уголовного преследования по реабилитирующим основаниям и медицинского заключения по результатам прохождения обязательного предварительного/периодического медицинского осмотра до момента заключения трудового договора в соответствии со ст. 65 Трудового кодекса</w:t>
      </w:r>
      <w:r w:rsidRPr="005E3B67">
        <w:rPr>
          <w:sz w:val="20"/>
          <w:lang w:val="ru-RU"/>
        </w:rPr>
        <w:t>.</w:t>
      </w:r>
    </w:p>
    <w:p w:rsidR="00121161" w:rsidRPr="005E3B67" w:rsidRDefault="00121161">
      <w:pPr>
        <w:spacing w:after="80" w:line="240" w:lineRule="auto"/>
        <w:ind w:firstLine="454"/>
        <w:jc w:val="both"/>
        <w:rPr>
          <w:lang w:val="ru-RU"/>
        </w:rPr>
      </w:pPr>
      <w:bookmarkStart w:id="0" w:name="_GoBack"/>
      <w:bookmarkEnd w:id="0"/>
    </w:p>
    <w:p w:rsidR="00D7371B" w:rsidRPr="00796713" w:rsidRDefault="00D7371B" w:rsidP="00D7371B">
      <w:pPr>
        <w:widowControl w:val="0"/>
        <w:autoSpaceDE w:val="0"/>
        <w:autoSpaceDN w:val="0"/>
        <w:adjustRightInd w:val="0"/>
        <w:spacing w:before="180" w:after="0" w:line="240" w:lineRule="auto"/>
        <w:ind w:firstLine="567"/>
        <w:rPr>
          <w:rFonts w:eastAsia="Times New Roman"/>
          <w:sz w:val="28"/>
          <w:szCs w:val="28"/>
          <w:lang w:eastAsia="ru-RU"/>
        </w:rPr>
      </w:pPr>
      <w:r w:rsidRPr="00796713">
        <w:rPr>
          <w:rFonts w:eastAsia="Times New Roman"/>
          <w:szCs w:val="24"/>
          <w:lang w:eastAsia="ru-RU"/>
        </w:rPr>
        <w:t>«____» _______________ 20___ г. ________________ ___________________________</w:t>
      </w:r>
      <w:r w:rsidRPr="00796713">
        <w:rPr>
          <w:rFonts w:eastAsia="Times New Roman"/>
          <w:sz w:val="28"/>
          <w:szCs w:val="28"/>
          <w:lang w:eastAsia="ru-RU"/>
        </w:rPr>
        <w:t xml:space="preserve"> </w:t>
      </w:r>
    </w:p>
    <w:p w:rsidR="00D7371B" w:rsidRPr="00796713" w:rsidRDefault="00D7371B" w:rsidP="00D7371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eastAsia="Times New Roman"/>
          <w:sz w:val="20"/>
          <w:szCs w:val="20"/>
          <w:lang w:eastAsia="ru-RU"/>
        </w:rPr>
      </w:pPr>
      <w:r w:rsidRPr="00796713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(</w:t>
      </w:r>
      <w:proofErr w:type="spellStart"/>
      <w:proofErr w:type="gramStart"/>
      <w:r w:rsidRPr="00796713">
        <w:rPr>
          <w:rFonts w:eastAsia="Times New Roman"/>
          <w:sz w:val="20"/>
          <w:szCs w:val="20"/>
          <w:lang w:eastAsia="ru-RU"/>
        </w:rPr>
        <w:t>подпись</w:t>
      </w:r>
      <w:proofErr w:type="spellEnd"/>
      <w:proofErr w:type="gramEnd"/>
      <w:r w:rsidRPr="00796713">
        <w:rPr>
          <w:rFonts w:eastAsia="Times New Roman"/>
          <w:sz w:val="20"/>
          <w:szCs w:val="20"/>
          <w:lang w:eastAsia="ru-RU"/>
        </w:rPr>
        <w:t>)                      (</w:t>
      </w:r>
      <w:proofErr w:type="spellStart"/>
      <w:proofErr w:type="gramStart"/>
      <w:r w:rsidRPr="00796713">
        <w:rPr>
          <w:rFonts w:eastAsia="Times New Roman"/>
          <w:sz w:val="20"/>
          <w:szCs w:val="20"/>
          <w:lang w:eastAsia="ru-RU"/>
        </w:rPr>
        <w:t>расшифровка</w:t>
      </w:r>
      <w:proofErr w:type="spellEnd"/>
      <w:proofErr w:type="gramEnd"/>
      <w:r w:rsidRPr="00796713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Pr="00796713">
        <w:rPr>
          <w:rFonts w:eastAsia="Times New Roman"/>
          <w:sz w:val="20"/>
          <w:szCs w:val="20"/>
          <w:lang w:eastAsia="ru-RU"/>
        </w:rPr>
        <w:t>подписи</w:t>
      </w:r>
      <w:proofErr w:type="spellEnd"/>
      <w:r w:rsidRPr="00796713">
        <w:rPr>
          <w:rFonts w:eastAsia="Times New Roman"/>
          <w:sz w:val="20"/>
          <w:szCs w:val="20"/>
          <w:lang w:eastAsia="ru-RU"/>
        </w:rPr>
        <w:t xml:space="preserve">) </w:t>
      </w:r>
    </w:p>
    <w:p w:rsidR="00D7371B" w:rsidRPr="00796713" w:rsidRDefault="00D7371B" w:rsidP="00D7371B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:rsidR="00072098" w:rsidRDefault="00072098">
      <w:pPr>
        <w:spacing w:after="0" w:line="240" w:lineRule="auto"/>
      </w:pPr>
    </w:p>
    <w:sectPr w:rsidR="00072098" w:rsidSect="00034616">
      <w:pgSz w:w="11906" w:h="16838"/>
      <w:pgMar w:top="765" w:right="992" w:bottom="765" w:left="992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2098"/>
    <w:rsid w:val="00121161"/>
    <w:rsid w:val="0015074B"/>
    <w:rsid w:val="001F0AD6"/>
    <w:rsid w:val="0029639D"/>
    <w:rsid w:val="00326F90"/>
    <w:rsid w:val="005E3B67"/>
    <w:rsid w:val="00AA1D8D"/>
    <w:rsid w:val="00B47730"/>
    <w:rsid w:val="00CB0664"/>
    <w:rsid w:val="00D7371B"/>
    <w:rsid w:val="00E479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30918"/>
  <w14:defaultImageDpi w14:val="300"/>
  <w15:docId w15:val="{C3E2C59A-2385-468D-8032-261D85A8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21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2116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4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7726B5-697A-472A-B63D-BFB1362B1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Приложения 1-8 к Регламенту НИЯУ МИФИ редактируемая форма</vt:lpstr>
      <vt:lpstr/>
    </vt:vector>
  </TitlesOfParts>
  <Manager/>
  <Company/>
  <LinksUpToDate>false</LinksUpToDate>
  <CharactersWithSpaces>2001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1-8 к Регламенту НИЯУ МИФИ редактируемая форма</dc:title>
  <dc:subject>Редактируемые формы приложений к Регламенту проведения конкурса на замещение должностей научных работников</dc:subject>
  <dc:creator>НИЯУ МИФИ</dc:creator>
  <cp:keywords/>
  <dc:description>Текст, таблицы и поля созданы как редактируемые элементы Word.</dc:description>
  <cp:lastModifiedBy>user</cp:lastModifiedBy>
  <cp:revision>5</cp:revision>
  <cp:lastPrinted>2026-09-22T11:36:00Z</cp:lastPrinted>
  <dcterms:created xsi:type="dcterms:W3CDTF">2026-09-22T11:17:00Z</dcterms:created>
  <dcterms:modified xsi:type="dcterms:W3CDTF">2026-09-22T11:37:00Z</dcterms:modified>
  <cp:category/>
</cp:coreProperties>
</file>